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EMELINDA RAASCH BERGAMIN, inscrita no CPF sob o nº 369.478.222-20, proprietária do imóvel rural denominado "LOTE 26-E, GLEBA 08, S.T. GY-PARANÁ, P.I.C. GY-PARANÁ", com área de 20.5611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EMELINDA RAASCH BERGAMIN</w:t>
      </w:r>
    </w:p>
    <w:p>
      <w:r>
        <w:t>CPF: 369.478.222-20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