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57 GLEBA 05 PROSPERIDADE",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