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WALDEMAR BORCHARDT, brasileiro, inscrito no CPF sob o nº 575.876.127-34, residente e domiciliado em Cacoal/RO, vem, respeitosamente, à presença de Vossas Senhorias, solicitar a ANÁLISE E APROVAÇÃO do Cadastro Ambiental Rural — CAR referente ao imóvel rural denominado "LOTE 69, GLEBA 10, S.T. IPOCYSSARA, P.F. CORUMBIARA", com área de 66.193 hectares, localizado no município de Cacoal/RO CCIR nº 00453974022,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