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WALDEMAR BORCHARDT, inscrito no CPF sob o nº 575.876.127-34, proprietário do imóvel rural denominado "LOTE 69, GLEBA 10, S.T. IPOCYSSARA, P.F. CORUMBIARA", com área de 66.193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WALDEMAR BORCHARDT</w:t>
      </w:r>
    </w:p>
    <w:p>
      <w:r>
        <w:t>CPF: 575.876.127-34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