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 GLEBA 11, IPOCYSSARA,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