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XAVIER MODOLO, brasileiro, casado(a), inscrito(a) no CPF nº 056.958.309-82, portador(a) do RG nº 118.584 SSP/RO, residente e domiciliado(a) em Avenida Nações Unidas, 2512,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(REM.), GLEBA 05, S.T. PROSPERIDADE, Município de Cacoal/RO, código INCRA/SNCR nº 001.040.006.840-8, matrícula nº 564,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XAVIER MODOLO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