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PAULO XAVIER MODOLO, inscrito no CPF sob o nº 056.958.309-82, residente em Cacoal/RO, interessado no processo de regularização ambiental referente ao imóvel "LOTE 57 (REM.), GLEBA 05, S.T. PROSPERIDADE",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PAULO XAVIER MODOLO</w:t>
        <w:br/>
        <w:t xml:space="preserve">    CPF:            056.958.309-82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XAVIER MODOLO</w:t>
      </w:r>
    </w:p>
    <w:p>
      <w:r>
        <w:t>CPF: 056.958.309-82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