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PAULO XAVIER MODOLO, inscrito no CPF sob o nº 056.958.309-82, titular do imóvel rural "LOTE 57 (REM.), GLEBA 05, S.T.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XAVIER MODOLO</w:t>
      </w:r>
    </w:p>
    <w:p>
      <w:r>
        <w:t>CPF: 056.958.309-82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