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100-BI (REM.) GLEBA 09 GY-PARANÁ - Fishcer",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