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CLAUDINOR VIEIRA DOS SANTOS, brasileiro, casado(a), agricultor, inscrito(a) no CPF nº 588.060.832-87, portador(a) do RG nº 620.858 SSP/RO, residente e domiciliado(a) em Linha 05, Lote 08, Gleba 05, Zona Rural, Ministro Andreazza/RO, CEP 76.919-000.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ADRIANA TERESA MARCOS SANTOS, brasileira, casado(a), vendedora, residente e domiciliado(a) em Linha 05, Lote 08, Gleba 05, Zona Rural, Ministro Andreazza/RO, CEP 76.919-000.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10-C GLEBA 05 CASTRO ALVES, SETOR IPOCYSSARA, PROJETO FUNDIÁRIO CORUMBIARA, Município de Ministro Andreazza/RO, código INCRA/SNCR nº 001.040.019.496-9, matrícula nº 2.179, de propriedade/posse do(s) OUTORGANTE(S).</w:t>
      </w:r>
    </w:p>
    <w:p/>
    <w:p>
      <w:pPr>
        <w:jc w:val="right"/>
      </w:pPr>
      <w:r>
        <w:t>Ministro Andreazza/RO, 30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CLAUDINOR VIEIRA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ADRIANA TERESA MARCOS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