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CLAUDINOR VIEIRA DOS SANTOS, inscrito no CPF sob o nº 588.060.832-87, residente em Ministro Andreazza/RO, interessado no processo de regularização ambiental referente ao imóvel "LOTE 10-C GLEBA 05 CASTRO ALVES, SETOR IPOCYSSARA, PROJETO FUNDIÁRIO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CLAUDINOR VIEIRA DOS SANTOS</w:t>
        <w:br/>
        <w:t xml:space="preserve">    CPF:            588.060.832-87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CLAUDINOR VIEIRA DOS SANTOS</w:t>
      </w:r>
    </w:p>
    <w:p>
      <w:r>
        <w:t>CPF: 588.060.832-87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