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CLAUDINOR VIEIRA DOS SANTOS, brasileiro, inscrito no CPF sob o nº 588.060.832-87, residente e domiciliado em Ministro Andreazza/RO, vem, respeitosamente, à presença de Vossas Senhorias, solicitar a ANÁLISE E APROVAÇÃO do Cadastro Ambiental Rural — CAR referente ao imóvel rural denominado "LOTE 10-C GLEBA 05 CASTRO ALVES, SETOR IPOCYSSARA, PROJETO FUNDIÁRIO CORUMBIARA", com área de 32.0549 hectares, localizado no município de Ministro Andreazza/RO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CLAUDINOR VIEIRA DOS SANTOS</w:t>
      </w:r>
    </w:p>
    <w:p>
      <w:r>
        <w:t>CPF: 588.060.832-87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