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CLAUDINOR VIEIRA DOS SANTOS, brasileiro, casado(a), agricultor, inscrito(a) no CPF nº 588.060.832-87, portador(a) do RG nº 620.858 SSP/RO,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ADRIANA TERESA MARCOS SANTOS, brasileira, casado(a), vendedora,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10-C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CLAUDINOR VIEIRA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ADRIANA TERESA MARCOS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