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EPONINO ZUQUETO, brasileiro, inscrito no CPF sob o nº 084.114.099-53, residente e domiciliado em Cacoal/RO, vem, respeitosamente, à presença de Vossas Senhorias, solicitar a ANÁLISE E APROVAÇÃO do Cadastro Ambiental Rural — CAR referente ao imóvel rural denominado "LOTE 64-C, GLEBA 10, SETOR IPOCYSSARA, PROJETO CORUMBIARA", com área de 34.7276 hectares, localizado no município de Cacoal/RO CCIR nº 04860558214.,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EPONINO ZUQUETO</w:t>
      </w:r>
    </w:p>
    <w:p>
      <w:r>
        <w:t>CPF: 084.114.099-53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