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EPONINO ZUQUETO, inscrito no CPF sob o nº 084.114.099-53, proprietário do imóvel rural denominado "LOTE 64-C, GLEBA 10, SETOR IPOCYSSARA, PROJETO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EPONINO ZUQUETO</w:t>
      </w:r>
    </w:p>
    <w:p>
      <w:r>
        <w:t>CPF: 084.114.099-53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