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EPONINO ZUQUETO, brasileiro, casado(a), agricultor / produtor agropecuário, inscrito(a) no CPF nº 084.114.099-53, portador(a) do RG nº 086.081-MT, residente e domiciliado(a) em Linha 10, Lote 64-C, Gleba 10,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64-C, GLEBA 10, SETOR IPOCYSSARA, PROJETO CORUMBIARA, Município de Cacoal/RO, código INCRA/SNCR nº 001.120.137.111-4, matrícula nº 6.012,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EPONINO ZUQUETO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