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06, S.T. IPOCYSSARA, P.F. CORUMBIARA, Município de Cacoal/RO, matrícula nº 10.480,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