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09-A, GLEBA 06,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