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09-A, GLEBA 06, S.T. IPOCYSSARA, P.F. CORUMBIARA"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