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ELIAS CARDOSO SOARES, brasileiro(a), divorciado(a), agricultor, inscrito(a) no CPF nº 238.006.152-15, portador(a) do RG nº 238.006.152-15, residente e domiciliado(a) em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ALIDIA ELCA WENDT PITTELKOW, brasileiro(a), viuvo(a), agricultora, inscrito(a) no CPF nº 316.593.142-91, portador(a) do RG nº 622.475-SESP-RO, residente e domiciliado(a) em Linha Eletrônica, Lote 68, Gleba 03,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DEJAIS PITTELKOW, brasileiro(a), solteiro(a), lavrador, inscrito(a) no CPF nº 006.985.792-08, portador(a) do RG nº 1.056.180-SESDC-RO, residente e domiciliado(a) em Linha Eletrônica, Lote 68, Gleba 03,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HERLON PITTELKOW, brasileiro(a), casado(a), agricultor, inscrito(a) no CPF nº 542.559.292-20, portador(a) do RG nº 1.228.379-SESDC-RO, residente e domiciliado(a) em Linha Eletrônica, Lote 68, Gleba 13,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REGINA TESCH, brasileiro(a), casado(a), aposentada, inscrito(a) no CPF nº 390.091.142-87, portador(a) do RG nº 2.898.844-2-SESP-MT, residente e domiciliado(a) em Rua A-5, Cohab 2, 97, Bela Vista, município de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ROGÉRIO ROSSOW, brasileiro(a), casado(a), lavrador, inscrito(a) no CPF nº 580.814.612-72, portador(a) do RG nº 3.405.570-3-SESP-MT, residente e domiciliado(a) em Linha 16, Km 08, município de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LAUDIR ROSSOW, brasileiro(a), casado(a), lavrador, inscrito(a) no CPF nº 769.496-SSP-RO, portador(a) do RG nº 667.142.302-49, residente e domiciliado(a) em Linha 16, Km 08, Escol Sul, município de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MARCELI ROSSOW DE MAGALHÃES, brasileiro(a), casado(a), lavradora, inscrito(a) no CPF nº 738.834.682-15, portador(a) do RG nº 775.616-SESP-RO, residente e domiciliado(a) em Linha 20, Escol Sul, Km 04, município de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MARIO ROSSOW, brasileiro(a), casado(a), produtor rural, inscrito(a) no CPF nº 010.588.651-37, portador(a) do RG nº 22.837.280-SSP-MT, residente e domiciliado(a) em Linha 20, Projeto Escol Sul, Km 03, município de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GENELZA ROSSOW, brasileiro(a), casado(a), do lar, inscrito(a) no CPF nº 027.526.151-40, portador(a) do RG nº 19.156.049-SSP-MT, residente e domiciliado(a) em Rua SB 11, Quadra 19, Lote 31, Solar Bougainville, município de Goiânia-GO.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JHAYSA STÉPHLIN DE SOUZA ROSSOW, brasileiro(a), solteiro(a), do lar, inscrito(a) no CPF nº 055.643.261-48, portador(a) do RG nº 23.312.114-SSP-MT, residente e domiciliado(a) em Rua JP 3, 83, Planalto I, município de Aripuanã-MT.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08-B-1, GLEBA 14, P.F. CORUMBIARA, Município de Cacoal/RO, código INCRA/SNCR nº 001.040.051.594-3, matrícula nº 48.065, de propriedade/posse do(s) OUTORGANTE(S).</w:t>
      </w:r>
    </w:p>
    <w:p/>
    <w:p>
      <w:pPr>
        <w:jc w:val="right"/>
      </w:pPr>
      <w:r>
        <w:t>Cacoal/RO, 03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ELIAS CARDOSO SOARES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ALIDIA ELCA WENDT PITTELKOW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DEJAIS PITTELKOW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HERLON PITTELKOW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REGINA TESCH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ROGÉRIO ROSSOW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LAUDIR ROSSOW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MARCELI ROSSOW DE MAGALHÃES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MARIO ROSSOW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GENELZA ROSSOW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JHAYSA STÉPHLIN DE SOUZA ROSSOW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