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3.340.570-3-SESP-MT, residente e domiciliado(a) em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667.142.302-49, portador(a) do RG nº 769.496-SSP-RO,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22.837.124-SESP-MT,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08-B, GLEBA 14, P.F. CORUMBIARA, Município de Cacoal/RO, código INCRA/SNCR nº 001.040.051.594-3, matrícula nº 48.066,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