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NEULIANE,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02 GLEBA 09, Setor IPOCYSSARA, Município de Cacoal/RO, de propriedade/posse do(s) OUTORGANTE(S).</w:t>
      </w:r>
    </w:p>
    <w:p/>
    <w:p>
      <w:pPr>
        <w:jc w:val="right"/>
      </w:pPr>
      <w:r>
        <w:t>Cacoal/RO, 03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NEULIANE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