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NEULIANE,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 GLEBA 09, Setor IPOCYSSARA,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NEULIANE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