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JUNIOR,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02-A, GLEBA 09, S.T. IPOCYSSARA, P.I.C. GY-PARANÁ, Município de Cacoal/RO, código INCRA/SNCR nº 0010400491904,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JUNIOR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