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MACHADO SARMENTO, inscrito no CPF sob o nº 475.085.827-72, residente em Cacoal/RO, interessado no processo de regularização ambiental referente ao imóvel "LOTE 10-A (REM.),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MACHADO SARMENTO</w:t>
        <w:br/>
        <w:t xml:space="preserve">    CPF:            475.085.827-72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MACHADO SARMENTO</w:t>
      </w:r>
    </w:p>
    <w:p>
      <w:r>
        <w:t>CPF: 475.085.827-72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