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LOPES VIANA PICHEK, brasileira, inscrita no CPF sob o nº 429.399.331-20, residente e domiciliada em Cacoal/RO, vem, respeitosamente, à presença de Vossas Senhorias, solicitar a ANÁLISE E APROVAÇÃO do Cadastro Ambiental Rural — CAR referente ao imóvel rural denominado "LOTE 03 (REM.), GLEBA 17, P.F. CORUMBIARA", com área de 23.3661 hectares, localizado no município de Cacoal/RO CCIR nº 05818388057,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LOPES VIANA PICHEK</w:t>
      </w:r>
    </w:p>
    <w:p>
      <w:r>
        <w:t>CPF: 429.399.331-20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