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JOÉ ADÃO DE ALMEIDA,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34-B-(REM.), da Gleba 09, CASTRO ALVES DO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JOÉ ADÃO DE ALMEIDA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