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ANTONIO LABENDZ, inscrito no CPF sob o nº 16677951200, proprietário do imóvel rural denominado "LOTE 02-C, GLEBA 09, S.T. IPOCYSSARA,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ANTONIO LABENDZ</w:t>
      </w:r>
    </w:p>
    <w:p>
      <w:r>
        <w:t>CPF: 16677951200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