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I ROBS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B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I ROBS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