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I ROBSON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B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I ROBSO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