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LUIZ CARLOS ROSSINI, inscrito no CPF sob o nº 674.848.087-68, residente em Cacoal/RO, interessado no processo de regularização ambiental referente ao imóvel "LOTE 02-B, GLEBA 09, S.T. IPOCYSSARA,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LUIZ CARLOS ROSSINI</w:t>
        <w:br/>
        <w:t xml:space="preserve">    CPF:            674.848.087-68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CARLOS ROSSINI</w:t>
      </w:r>
    </w:p>
    <w:p>
      <w:r>
        <w:t>CPF: 674.848.087-68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