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CARLOS ROSSINI, inscrito no CPF sob o nº 674.848.087-68, titular do imóvel rural "LOTE 02-B, GLEBA 09, S.T. IPOCYSSARA,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CARLOS ROSSINI</w:t>
      </w:r>
    </w:p>
    <w:p>
      <w:r>
        <w:t>CPF: 674.848.087-68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