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14-A, GLEBA 13,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8.095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14,5200 ha (quatorze hectares e cinquenta e dois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14,5619 ha (quatorze hectares, cinquenta e seis ares e dezenove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0b9572ee-f676-40e7-9d76-24d37294eea3</w:t>
      </w:r>
      <w:r>
        <w:rPr>
          <w:b w:val="0"/>
          <w:sz w:val="24"/>
        </w:rPr>
        <w:t xml:space="preserve"> (Código do Imóvel Rural nº 000.043.202.100-9), para tal trabalho fora recolhida a Anotação de Responsabilidade Técnica (ART) nº </w:t>
      </w:r>
      <w:r>
        <w:rPr>
          <w:b/>
          <w:sz w:val="24"/>
        </w:rPr>
        <w:t>2320258500436095-RO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 w:val="0"/>
          <w:sz w:val="24"/>
        </w:rPr>
        <w:t>[PREENCHER — os limites da matrícula não estão cadastrados. Informe-os em Imóvel → Limites conforme a Matrícula, ou importe a Certidão de Inteiro Teor.]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14-B da Gleba 13, Castro Alves, Setor Ipocyssara (Mat. 21.974)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25-A-3 da Gleba 13, Castro Alves, Setor Ipocyssara (Mat. 8.087)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13-A da Gleba 13, Castro Alves, Setor Ipocyssara (Mat. 44.310)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14 (Rem.) da Gleba 13, Castro Alves, Setor Ipocyssara (Mat. 5.806)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14-B da Gleba 13, Castro Alves, Setor Ipocyssara (Mat. 21.974)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25-A-3 da Gleba 13, Castro Alves, Setor Ipocyssara (Mat. 8.087)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 da Gleba 13, Castro Alves, Setor Ipocyssara (Mat. 44.310)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 da Gleba 13, Castro Alves, Setor Ipocyssara (Mat. 5.806)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0,0419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0,29%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