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14-A, GLEBA 13, CASTRO ALVES, SETOR IPOCYSSARA, P.F. CORUMBIARA, Município de Cacoal/RO, código INCRA/SNCR nº 000.043.202.100-9, matrícula nº 8.095,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