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FLÁVIA HÉLIA MARGOTTO SUAVE, inscrita no CPF sob o nº 949.051.182-04, proprietária do imóvel rural denominado "LOTE 14-A, GLEBA 13, CASTRO ALVES, SETOR IPOCYSSARA, P.F. CORUMBIARA", com área de 14.5619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