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FLÁVIA HÉLIA MARGOTTO SUAVE, brasileira, inscrita no CPF sob o nº 949.051.182-04, residente e domiciliada em Cacoal/RO, vem, respeitosamente, à presença de Vossas Senhorias, solicitar a ANÁLISE E APROVAÇÃO do Cadastro Ambiental Rural — CAR referente ao imóvel rural denominado "LOTE 25-A-3, GLEBA 13, CASTRO ALVES, SETOR IPOCYSSARA, P.F. CORUMBIARA", com área de 11.5078 hectares, localizado no município de Cacoal/RO CCIR nº 000.043.217.948-6,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