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agricultor, inscrito(a) no CPF nº 081.198.055-34, portador(a) do RG nº 112.832-HO, residente e domiciliado(a) em residente e domiciliado no Município de Cacoal.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20, GLEBA 08, S.T. IPOCYSSARA, Município de Cacoal/RO, código INCRA/SNCR nº 001.040.070-30, matrícula nº 453, de propriedade/posse do(s) OUTORGANTE(S).</w:t>
      </w:r>
    </w:p>
    <w:p/>
    <w:p>
      <w:pPr>
        <w:jc w:val="right"/>
      </w:pPr>
      <w:r>
        <w:t>Cacoal/RO, 12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