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20, GLEBA 08, SETOR IPOCYSSARA, PROJETO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453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99,9998 ha (noventa e nove hectares, noventa e nove ares e noventa e oito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98,4410 ha (noventa e oito hectares, quarenta e quatro ares e dez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dbfec5d5-8850-46df-8128-997e8635029d (Parcela 01); 1fbafec0-2218-41a8-a726-af1603dbb0d2 (Parcela 02)</w:t>
      </w:r>
      <w:r>
        <w:rPr>
          <w:b w:val="0"/>
          <w:sz w:val="24"/>
        </w:rPr>
        <w:t xml:space="preserve"> (Código do Imóvel Rural nº 001.040.070-30), para tal trabalho fora recolhida a Anotação de Responsabilidade Técnica (ART) nº </w:t>
      </w:r>
      <w:r>
        <w:rPr>
          <w:b/>
          <w:sz w:val="24"/>
        </w:rPr>
        <w:t>2320268500484330-RO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22, Gleba 08, Setor Ipocyssara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Lotes 23 e 21 da Gleba 09, Setor Ipocyssara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20-A, Gleba 08, Setor Ipocyssara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21, Gleba 08, Setor Ipocyssara (separado por estrada)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23, GLEBA 09, CASTRO ALVES, SETOR IPOCYSSARA, PROJETO FUNDIÁRIO (Matrícula 44.842)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20-A, GLEBA 08, CASTRO ALVES, SETOR IPOCYSSARA (Matrícula 12.730)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Projeto de estrada Linha-08 e LOTE 18-A, GLEBA 08, CASTRO ALVES, SETOR IPOCYSSARA (Matrícula 47974)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22, GLEBA 08, CASTRO ALVES, SETOR IPOCYSSARA (Matrícula 4.404)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22, Gleba 08,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23, GLEBA 09, CASTRO ALVES, SETOR IPOCYSSARA, PROJETO FUNDIÁRIO (Matrícula 44.842)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Lotes 23 e 21 da Gleba 09,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20-A, GLEBA 08, CASTRO ALVES, SETOR IPOCYSSARA (Matrícula 12.730)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20-A, Gleba 08,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Projeto de estrada Linha-08 e LOTE 18-A, GLEBA 08, CASTRO ALVES, SETOR IPOCYSSARA (Matrícula 47974)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21, Gleba 08, Setor Ipocyssara (separado por estrada)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22, GLEBA 08, CASTRO ALVES, SETOR IPOCYSSARA (Matrícula 4.404)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1,5588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1,56%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22 de setembro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