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SETOR IPOCYSSARA, PROJETO CORUMBIARA, Município de Cacoal/RO, código INCRA/SNCR nº 001.040.070-30, matrícula nº 453,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