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OTAVIANO DE JESUS RODRIGUES, inscrito no CPF sob o nº 081.198.055-34, proprietário do imóvel rural denominado "LOTE 20, GLEBA 08, SETOR IPOCYSSARA, PROJETO CORUMBIARA", com área de 98.441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