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ADEMIR MARGOTTO</w:t>
      </w:r>
      <w:r>
        <w:rPr>
          <w:b w:val="0"/>
          <w:sz w:val="24"/>
        </w:rPr>
        <w:t xml:space="preserve">, brasileiro, Casado, agricultor, portador do CI.RG nº 64.771-RO, inscrito no CPF/MF nº 090.738.092-15, filho de EGIDIO MARGOTTO e ALTINA GRAMELICK MARGOTTO, casado pelo regime de Comunhão Universal de Bens, anteriormente à vigência da Lei nº 6.515/77, com </w:t>
      </w:r>
      <w:r>
        <w:rPr>
          <w:b/>
          <w:sz w:val="24"/>
        </w:rPr>
        <w:t>ODETE GOTARDO MARGOTTO</w:t>
      </w:r>
      <w:r>
        <w:rPr>
          <w:b w:val="0"/>
          <w:sz w:val="24"/>
        </w:rPr>
        <w:t>, brasileira, portadora do CI.RG nº 1.078.281-SSP/RO, inscrita no CPF/MF nº 816.875.162-00, filha de ALCIDES GOTARDO e JUCENI CARVALHO GOTARDO, residente e domiciliado na Linha 06, Lote 13,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11-B,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14.775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001.040.075.035-7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R$ 37.635,99 (trinta e sete mil e seiscentos e trinta e cinco reais e noventa e nove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R$ 47.535,48 (quarenta e sete mil e quinhentos e trinta e cinco reais e quarenta e oito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06743573055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ADEMIR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ODETE GOTARDO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