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11-B,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14.775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4,8400 ha (quatro hectares e oitenta e quatro 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[CERTIFICAÇÃO SIGEF]</w:t>
      </w:r>
      <w:r>
        <w:rPr>
          <w:b w:val="0"/>
          <w:sz w:val="24"/>
        </w:rPr>
        <w:t xml:space="preserve"> (Código do Imóvel Rural nº 001.040.075.035-7), para tal trabalho fora recolhida a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nº 13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nº 11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nº 09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nº 11-A, todos da gleba 06, Setor Ipocyssara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N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N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N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N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13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11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09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nº 11-A, todos da gleba 06,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N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24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