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ADEMIR MARGOTTO</w:t>
      </w:r>
      <w:r>
        <w:rPr>
          <w:b w:val="0"/>
          <w:sz w:val="24"/>
        </w:rPr>
        <w:t xml:space="preserve">, brasileiro, Casado, agricultor, portador do CI.RG nº 64.771-RO, inscrito no CPF/MF nº 090.738.092-15, filho de EGIDIO MARGOTTO e ALTINA GRAMELICK MARGOTTO, casado pelo regime de Comunhão Universal de Bens, anteriormente à vigência da Lei nº 6.515/77, com </w:t>
      </w:r>
      <w:r>
        <w:rPr>
          <w:b/>
          <w:sz w:val="24"/>
        </w:rPr>
        <w:t>ODETE GOTARDO MARGOTTO</w:t>
      </w:r>
      <w:r>
        <w:rPr>
          <w:b w:val="0"/>
          <w:sz w:val="24"/>
        </w:rPr>
        <w:t>, brasileira, portadora do CI.RG nº 1.078.281-SSP/RO, inscrita no CPF/MF nº 816.875.162-00, filha de ALCIDES GOTARDO e JUCENI CARVALHO GOTARDO, residente e domiciliado na Linha 06, Lote 13, Gleba 06, Zona Rural, Cacoal-RO,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11-B, GLEBA 06,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14.775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4,8400 ha (quatro hectares e oitenta e quatro 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001.040.075.035-7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4,7093 ha (quatro hectares, setenta ares e noventa e três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2320258500377420-RO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0,1307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2,7%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4,7093 ha (quatro hectares, setenta ares e noventa e três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R$ 36.619,66 (trinta e seis mil e seiscentos e dezenove reais e sessenta e seis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R$ 46.251,82 (quarenta e seis mil e duzentos e cinquenta e um reais e oitenta e dois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54ea474f-b3f1-408f-a5f2-1d7ef5dbcda0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06743573055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4,8400 ha (quatro hectares e oitenta e quatro 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4,7093 ha (quatro hectares, setenta ares e noventa e três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Memorial Descritivo e Planta georreferenciados; (b) Planilha de dados georreferenciados (ODS); (c) ART do responsável técnico; (d)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24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ADEMIR MARGOTTO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ODETE GOTARDO MARGOTTO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2320258500377420-RO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