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11-B,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14.775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4,7093 ha (quatro hectares, setenta ares e noventa e três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54ea474f-b3f1-408f-a5f2-1d7ef5dbcda0</w:t>
      </w:r>
      <w:r>
        <w:rPr>
          <w:b w:val="0"/>
          <w:sz w:val="24"/>
        </w:rPr>
        <w:t xml:space="preserve"> (Código do Imóvel Rural nº 001.040.075.035-7), para tal trabalho fora recolhida a Anotação de Responsabilidade Técnica (ART) nº </w:t>
      </w:r>
      <w:r>
        <w:rPr>
          <w:b/>
          <w:sz w:val="24"/>
        </w:rPr>
        <w:t>2320258500377420-RO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nº 13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nº 11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nº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nº 11-A, todos da gleba 06, Setor Ipocyssara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 (REM.) GLEBA 06 CASTRO ALVES, SETOR IPOCYSSARA (Mat. 7.640 — CNS: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11-C GLEBA 06 CASTRO ALVES, SETOR IPOCYSSARA (Mat. 8.057 — CNS: 15.752-9)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09 (REM.) GLEBA 06 CASTRO ALVES, SETOR IPOCYSSARA (Mat. 5.004 — CNS: 15.752-9)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11-A GLEBA 06 CASTRO ALVES, SETOR IPOCYSSARA (Mat. 10.901 — CNS: 15.752-9)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(REM.) GLEBA 06 CASTRO ALVES, SETOR IPOCYSSARA (Mat. 7.640 — 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11-C GLEBA 06 CASTRO ALVES, SETOR IPOCYSSARA (Mat. 8.057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 (REM.) GLEBA 06 CASTRO ALVES, SETOR IPOCYSSARA (Mat. 5.004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11-A, todos da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11-A GLEBA 06 CASTRO ALVES, SETOR IPOCYSSARA (Mat. 10.901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0,1307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2,7%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