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11-B, GLEBA 06, S.T. IPOCYSSARA, P.F. CORUMBIARA, Município de Cacoal/RO, código INCRA/SNCR nº 001.040.075.035-7, matrícula nº 14.775,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