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ADEMIR MARGOTTO, brasileiro, casado(a), agricultor, inscrito(a) no CPF nº 090.738.092-15, portador(a) do RG nº 64.771-RO, residente e domiciliado(a) em Linha 06, Lote 13,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11-B, GLEBA 06, S.T. IPOCYSSARA, P.F. CORUMBIARA, Município de Cacoal/RO, código INCRA/SNCR nº 001.040.075.035-7, matrícula nº 14.775,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ADEMIR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