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ADEMIR MARGOTTO, inscrito no CPF sob o nº 090.738.092-15, proprietário do imóvel rural denominado "LOTE 11-B, GLEBA 06, S.T. IPOCYSSARA, P.F. CORUMBIARA", com área de 4.7093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ADEMIR MARGOTTO</w:t>
      </w:r>
    </w:p>
    <w:p>
      <w:r>
        <w:t>CPF: 090.738.092-15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