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4bd69c7e-bf33-46f1-97ca-5b9ad143d14c</w:t>
      </w:r>
      <w:r>
        <w:rPr>
          <w:b w:val="0"/>
          <w:sz w:val="24"/>
        </w:rPr>
        <w:t xml:space="preserve"> (Código do Imóvel Rural nº 001.040.064.890-0), para tal trabalho fora recolhida a Anotação de Responsabilidade Técnica (ART) nº </w:t>
      </w:r>
      <w:r>
        <w:rPr>
          <w:b/>
          <w:sz w:val="24"/>
        </w:rPr>
        <w:t>2320258500365207-RO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Setor Ipocyssara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12, Gleba 06, Setor Ipocyssara (separados por estrada vicinal da linha 06)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11, Gleba 06, Setor Ipocyssara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13-B, todos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Castro Alves, Setor Ipocyssara (Mat. 3.722, CNS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 (REM.), Gleba 06, Castro Alves, Setor Ipocyssara (Mat. 1.257, CNS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13-B, Gleba 06, Castro Alves, Setor Ipocyssara (Mat. 9.059, CNS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Castro Alves, Setor Ipocyssara (Mat. 3.722,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12, Gleba 06, Setor Ipocyssara (separados por estrada vicinal da linha 06)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 (REM.), Gleba 06, Castro Alves, Setor Ipocyssara (Mat. 1.257, CNS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Gleba 06, Castro Alves, Setor Ipocyssara (Mat. 9.059,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todos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0,3825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0,84%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