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13 (REM.),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7.640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46,1618 ha (quarenta e seis hectares, dezesseis ares e dezoito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4bd69c7e-bf33-46f1-97ca-5b9ad143d14c</w:t>
      </w:r>
      <w:r>
        <w:rPr>
          <w:b w:val="0"/>
          <w:sz w:val="24"/>
        </w:rPr>
        <w:t xml:space="preserve"> (Código do Imóvel Rural nº 001.040.064.890-0), para tal trabalho fora recolhida a Anotação de Responsabilidade Técnica (ART) nº </w:t>
      </w:r>
      <w:r>
        <w:rPr>
          <w:b/>
          <w:sz w:val="24"/>
        </w:rPr>
        <w:t>2320258500365207-RO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13-A, Gleba 06, Setor Ipocyssara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12, Gleba 06, Setor Ipocyssara (separados por estrada vicinal da linha 06)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11, Gleba 06, Setor Ipocyssara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13-B, todos da Gleba 06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13-A, Gleba 06, Castro Alves, Setor Ipocyssara (Mat. 3.722, CNS 15.752-9)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12 (REM.), Gleba 06, Castro Alves, Setor Ipocyssara (Mat. 1.257, CNS 09.624-8) e Acesso de Servidão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11 (REM.), Gleba 06, Castro Alves, Setor Ipocyssara (Mat. 1.297, CNS 15.752-9) e Lote 11-C, Gleba 06, Castro Alves, Setor Ipocyssara (Mat. 8.057, CNS 15.752-9) e Lote 11-B, Gleba 06, Castro Alves, Setor Ipocyssara (Mat. 14.775, CNS 09.624-8) e Lote 11-A, Gleba 06, Castro Alves, Setor Ipocyssara (Mat. 10.901, CNS 15.752-9)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13-B, Gleba 06, Castro Alves, Setor Ipocyssara (Mat. 9.059, CNS 15.752-9)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13-A, Gleba 06,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13-A, Gleba 06, Castro Alves, Setor Ipocyssara (Mat. 3.722,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12, Gleba 06, Setor Ipocyssara (separados por estrada vicinal da linha 06)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12 (REM.), Gleba 06, Castro Alves, Setor Ipocyssara (Mat. 1.257, CNS 09.624-8) e Acesso de Servidão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11, Gleba 06,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 (REM.), Gleba 06, Castro Alves, Setor Ipocyssara (Mat. 1.297, CNS 15.752-9) e Lote 11-C, Gleba 06, Castro Alves, Setor Ipocyssara (Mat. 8.057, CNS 15.752-9) e Lote 11-B, Gleba 06, Castro Alves, Setor Ipocyssara (Mat. 14.775, CNS 09.624-8) e Lote 11-A, Gleba 06, Castro Alves, Setor Ipocyssara (Mat. 10.901,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13-B, todos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13-B, Gleba 06, Castro Alves, Setor Ipocyssara (Mat. 9.059,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0,3825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0,84%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