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ADEMIR MARGOTTO, brasileiro, inscrito no CPF sob o nº 090.738.092-15, residente e domiciliado em Cacoal/RO, vem, respeitosamente, à presença de Vossas Senhorias, solicitar a ANÁLISE E APROVAÇÃO do Cadastro Ambiental Rural — CAR referente ao imóvel rural denominado "LOTE 13 (REM.), GLEBA 06, S.T. IPOCYSSARA, P.F. CORUMBIARA", com área de 46.1618 hectares, localizado no município de Cacoal/RO CCIR nº 02827234151,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ADEMIR MARGOTTO</w:t>
      </w:r>
    </w:p>
    <w:p>
      <w:r>
        <w:t>CPF: 090.738.092-15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